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A6B1B3" w14:textId="77777777" w:rsidR="005F3157" w:rsidRPr="009F6622" w:rsidRDefault="005F3157" w:rsidP="005F3157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26FBF7EC" w14:textId="1C2B9821" w:rsidR="005F3157" w:rsidRPr="009F6622" w:rsidRDefault="008359A7" w:rsidP="005F3157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</w:r>
      <w:r w:rsidR="008359A7">
        <w:rPr>
          <w:rFonts w:ascii="Times New Roman" w:hAnsi="Times New Roman" w:cs="Times New Roman"/>
          <w:b/>
          <w:noProof/>
          <w:sz w:val="24"/>
          <w:szCs w:val="24"/>
        </w:rPr>
        <w:object w:dxaOrig="1440" w:dyaOrig="1440" w14:anchorId="66D71AA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0.4pt;margin-top:-25.85pt;width:399.6pt;height:136.75pt;z-index:251659264;mso-position-horizontal-relative:text;mso-position-vertical-relative:text">
            <v:imagedata r:id="rId8" o:title=""/>
            <w10:wrap type="square"/>
          </v:shape>
          <o:OLEObject Type="Embed" ProgID="Photoshop.Image.7" ShapeID="_x0000_s1026" DrawAspect="Content" ObjectID="_1807884103" r:id="rId9">
            <o:FieldCodes>\s</o:FieldCodes>
          </o:OLEObject>
        </w:object>
      </w:r>
    </w:p>
    <w:p w14:paraId="2B62CEAF" w14:textId="4C213A78" w:rsidR="005F3157" w:rsidRPr="009F6622" w:rsidRDefault="005F3157" w:rsidP="005F3157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089FE106" w14:textId="77777777" w:rsidR="005F3157" w:rsidRPr="009F6622" w:rsidRDefault="005F3157" w:rsidP="005F3157">
      <w:pPr>
        <w:keepNext/>
        <w:ind w:left="432"/>
        <w:outlineLvl w:val="0"/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9F662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18DE0" wp14:editId="4B8CAD6E">
                <wp:simplePos x="0" y="0"/>
                <wp:positionH relativeFrom="column">
                  <wp:align>center</wp:align>
                </wp:positionH>
                <wp:positionV relativeFrom="paragraph">
                  <wp:posOffset>104140</wp:posOffset>
                </wp:positionV>
                <wp:extent cx="1958975" cy="374015"/>
                <wp:effectExtent l="19050" t="19050" r="22225" b="26035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958975" cy="3740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CFFCC"/>
                        </a:solidFill>
                        <a:ln w="28575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3398841" w14:textId="3596157A" w:rsidR="005F3157" w:rsidRDefault="005F3157" w:rsidP="005F3157">
                            <w:pPr>
                              <w:jc w:val="center"/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GRADE 0</w:t>
                            </w:r>
                            <w:r w:rsidR="00D153AB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7</w:t>
                            </w:r>
                          </w:p>
                          <w:p w14:paraId="412CF7A9" w14:textId="77777777" w:rsidR="005F3157" w:rsidRDefault="005F3157" w:rsidP="005F3157">
                            <w:pPr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7525E442" w14:textId="77777777" w:rsidR="005F3157" w:rsidRDefault="005F3157" w:rsidP="005F3157">
                            <w:pPr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     </w:t>
                            </w:r>
                          </w:p>
                          <w:p w14:paraId="49B2BE53" w14:textId="77777777" w:rsidR="005F3157" w:rsidRDefault="005F3157" w:rsidP="005F315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A618DE0" id="Rounded Rectangle 6" o:spid="_x0000_s1026" style="position:absolute;left:0;text-align:left;margin-left:0;margin-top:8.2pt;width:154.25pt;height:29.45pt;flip:y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" fillcolor="#cfc" strokecolor="navy" strokeweight="2.25pt">
                <v:textbox>
                  <w:txbxContent>
                    <w:p w14:paraId="33398841" w14:textId="3596157A" w:rsidR="005F3157" w:rsidRDefault="005F3157" w:rsidP="005F3157">
                      <w:pPr>
                        <w:jc w:val="center"/>
                        <w:rPr>
                          <w:rFonts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b/>
                          <w:sz w:val="28"/>
                          <w:szCs w:val="28"/>
                        </w:rPr>
                        <w:t>GRADE 0</w:t>
                      </w:r>
                      <w:r w:rsidR="00D153AB">
                        <w:rPr>
                          <w:rFonts w:cs="Arial"/>
                          <w:b/>
                          <w:sz w:val="28"/>
                          <w:szCs w:val="28"/>
                        </w:rPr>
                        <w:t>7</w:t>
                      </w:r>
                    </w:p>
                    <w:p w14:paraId="412CF7A9" w14:textId="77777777" w:rsidR="005F3157" w:rsidRDefault="005F3157" w:rsidP="005F3157">
                      <w:pPr>
                        <w:rPr>
                          <w:rFonts w:cs="Arial"/>
                          <w:b/>
                          <w:sz w:val="28"/>
                          <w:szCs w:val="28"/>
                        </w:rPr>
                      </w:pPr>
                    </w:p>
                    <w:p w14:paraId="7525E442" w14:textId="77777777" w:rsidR="005F3157" w:rsidRDefault="005F3157" w:rsidP="005F3157">
                      <w:pPr>
                        <w:rPr>
                          <w:rFonts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              </w:t>
                      </w:r>
                    </w:p>
                    <w:p w14:paraId="49B2BE53" w14:textId="77777777" w:rsidR="005F3157" w:rsidRDefault="005F3157" w:rsidP="005F3157"/>
                  </w:txbxContent>
                </v:textbox>
              </v:roundrect>
            </w:pict>
          </mc:Fallback>
        </mc:AlternateContent>
      </w:r>
    </w:p>
    <w:p w14:paraId="788867A9" w14:textId="77777777" w:rsidR="005F3157" w:rsidRPr="009F6622" w:rsidRDefault="005F3157" w:rsidP="005F3157">
      <w:pPr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23FDBF59" w14:textId="77777777" w:rsidR="005F3157" w:rsidRPr="009F6622" w:rsidRDefault="005F3157" w:rsidP="005F3157">
      <w:pPr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58A28409" w14:textId="77777777" w:rsidR="005F3157" w:rsidRPr="009F6622" w:rsidRDefault="005F3157" w:rsidP="005F3157">
      <w:pPr>
        <w:rPr>
          <w:rFonts w:ascii="Times New Roman" w:hAnsi="Times New Roman" w:cs="Times New Roman"/>
          <w:bCs/>
          <w:sz w:val="24"/>
          <w:szCs w:val="24"/>
          <w:lang w:val="en-GB"/>
        </w:rPr>
      </w:pPr>
      <w:r w:rsidRPr="009F6622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E633BE" wp14:editId="105BF79D">
                <wp:simplePos x="0" y="0"/>
                <wp:positionH relativeFrom="column">
                  <wp:posOffset>895350</wp:posOffset>
                </wp:positionH>
                <wp:positionV relativeFrom="paragraph">
                  <wp:posOffset>197485</wp:posOffset>
                </wp:positionV>
                <wp:extent cx="4140200" cy="1291590"/>
                <wp:effectExtent l="19050" t="19050" r="31750" b="41910"/>
                <wp:wrapNone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40200" cy="12915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99"/>
                        </a:solidFill>
                        <a:ln w="57150" cmpd="thinThick">
                          <a:solidFill>
                            <a:srgbClr val="00008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232CAD5" w14:textId="619C2651" w:rsidR="008118E9" w:rsidRDefault="005F3157" w:rsidP="008118E9">
                            <w:pPr>
                              <w:jc w:val="center"/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NATURAL SCIENCES</w:t>
                            </w:r>
                          </w:p>
                          <w:p w14:paraId="4803E9E5" w14:textId="5DB02ACB" w:rsidR="005F3157" w:rsidRDefault="005F3157" w:rsidP="008118E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GR7 PRAC</w:t>
                            </w:r>
                            <w:r w:rsidR="008118E9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TI</w:t>
                            </w:r>
                            <w:r w:rsidR="00CB61E0">
                              <w:rPr>
                                <w:rFonts w:cs="Arial"/>
                                <w:b/>
                                <w:sz w:val="28"/>
                                <w:szCs w:val="28"/>
                              </w:rPr>
                              <w:t>CAL</w:t>
                            </w:r>
                          </w:p>
                          <w:p w14:paraId="42E87AB7" w14:textId="3E76E291" w:rsidR="005F3157" w:rsidRDefault="005F3157" w:rsidP="008118E9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MARKING GUIDELINE</w:t>
                            </w:r>
                          </w:p>
                          <w:p w14:paraId="6BB88549" w14:textId="77777777" w:rsidR="005F3157" w:rsidRDefault="005F3157" w:rsidP="005F3157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0DE3450" w14:textId="77777777" w:rsidR="005F3157" w:rsidRDefault="005F3157" w:rsidP="005F3157">
                            <w:pPr>
                              <w:rPr>
                                <w:rFonts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EE633BE" id="Rounded Rectangle 8" o:spid="_x0000_s1027" style="position:absolute;margin-left:70.5pt;margin-top:15.55pt;width:326pt;height:101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" fillcolor="#ff9" strokecolor="navy" strokeweight="4.5pt">
                <v:stroke dashstyle="1 1" linestyle="thinThick"/>
                <v:textbox>
                  <w:txbxContent>
                    <w:p w14:paraId="3232CAD5" w14:textId="619C2651" w:rsidR="008118E9" w:rsidRDefault="005F3157" w:rsidP="008118E9">
                      <w:pPr>
                        <w:jc w:val="center"/>
                        <w:rPr>
                          <w:rFonts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b/>
                          <w:sz w:val="28"/>
                          <w:szCs w:val="28"/>
                        </w:rPr>
                        <w:t>NATURAL SCIENCES</w:t>
                      </w:r>
                    </w:p>
                    <w:p w14:paraId="4803E9E5" w14:textId="5DB02ACB" w:rsidR="005F3157" w:rsidRDefault="005F3157" w:rsidP="008118E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cs="Arial"/>
                          <w:b/>
                          <w:sz w:val="28"/>
                          <w:szCs w:val="28"/>
                        </w:rPr>
                        <w:t>GR7 PRAC</w:t>
                      </w:r>
                      <w:r w:rsidR="008118E9">
                        <w:rPr>
                          <w:rFonts w:cs="Arial"/>
                          <w:b/>
                          <w:sz w:val="28"/>
                          <w:szCs w:val="28"/>
                        </w:rPr>
                        <w:t>TI</w:t>
                      </w:r>
                      <w:r w:rsidR="00CB61E0">
                        <w:rPr>
                          <w:rFonts w:cs="Arial"/>
                          <w:b/>
                          <w:sz w:val="28"/>
                          <w:szCs w:val="28"/>
                        </w:rPr>
                        <w:t>CAL</w:t>
                      </w:r>
                    </w:p>
                    <w:p w14:paraId="42E87AB7" w14:textId="3E76E291" w:rsidR="005F3157" w:rsidRDefault="005F3157" w:rsidP="008118E9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MARKING GUIDELINE</w:t>
                      </w:r>
                    </w:p>
                    <w:p w14:paraId="6BB88549" w14:textId="77777777" w:rsidR="005F3157" w:rsidRDefault="005F3157" w:rsidP="005F3157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14:paraId="20DE3450" w14:textId="77777777" w:rsidR="005F3157" w:rsidRDefault="005F3157" w:rsidP="005F3157">
                      <w:pPr>
                        <w:rPr>
                          <w:rFonts w:cs="Arial"/>
                          <w:b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6DB02AC7" w14:textId="77777777" w:rsidR="005F3157" w:rsidRPr="009F6622" w:rsidRDefault="005F3157" w:rsidP="005F3157">
      <w:pPr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1A660882" w14:textId="77777777" w:rsidR="005F3157" w:rsidRPr="009F6622" w:rsidRDefault="005F3157" w:rsidP="005F3157">
      <w:pPr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57613293" w14:textId="77777777" w:rsidR="005F3157" w:rsidRPr="009F6622" w:rsidRDefault="005F3157" w:rsidP="005F3157">
      <w:pPr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46DE18F4" w14:textId="77777777" w:rsidR="005F3157" w:rsidRPr="009F6622" w:rsidRDefault="005F3157" w:rsidP="005F3157">
      <w:pPr>
        <w:rPr>
          <w:rFonts w:ascii="Times New Roman" w:hAnsi="Times New Roman" w:cs="Times New Roman"/>
          <w:bCs/>
          <w:sz w:val="24"/>
          <w:szCs w:val="24"/>
          <w:lang w:val="en-GB"/>
        </w:rPr>
      </w:pPr>
    </w:p>
    <w:p w14:paraId="51702387" w14:textId="77777777" w:rsidR="005F3157" w:rsidRPr="009F6622" w:rsidRDefault="005F3157" w:rsidP="005F3157">
      <w:pPr>
        <w:keepNext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  <w:lang w:val="en-GB" w:eastAsia="x-none"/>
        </w:rPr>
      </w:pPr>
    </w:p>
    <w:p w14:paraId="560FD88B" w14:textId="77777777" w:rsidR="005F3157" w:rsidRPr="009F6622" w:rsidRDefault="005F3157" w:rsidP="005F3157">
      <w:pPr>
        <w:keepNext/>
        <w:outlineLvl w:val="0"/>
        <w:rPr>
          <w:rFonts w:ascii="Times New Roman" w:hAnsi="Times New Roman" w:cs="Times New Roman"/>
          <w:bCs/>
          <w:color w:val="000000"/>
          <w:sz w:val="24"/>
          <w:szCs w:val="24"/>
          <w:lang w:val="en-GB" w:eastAsia="x-none"/>
        </w:rPr>
      </w:pPr>
    </w:p>
    <w:p w14:paraId="38F338EB" w14:textId="7BB8EAE2" w:rsidR="005F3157" w:rsidRPr="009F6622" w:rsidRDefault="005F3157" w:rsidP="005F315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F6622">
        <w:rPr>
          <w:rFonts w:ascii="Times New Roman" w:hAnsi="Times New Roman" w:cs="Times New Roman"/>
          <w:bCs/>
          <w:color w:val="000000"/>
          <w:sz w:val="24"/>
          <w:szCs w:val="24"/>
          <w:lang w:val="en-GB" w:eastAsia="x-none"/>
        </w:rPr>
        <w:t xml:space="preserve">        </w:t>
      </w:r>
      <w:r w:rsidRPr="009F6622">
        <w:rPr>
          <w:rFonts w:ascii="Times New Roman" w:hAnsi="Times New Roman" w:cs="Times New Roman"/>
          <w:b/>
          <w:bCs/>
          <w:sz w:val="24"/>
          <w:szCs w:val="24"/>
        </w:rPr>
        <w:t xml:space="preserve">MARKS: </w:t>
      </w:r>
      <w:r w:rsidR="00D153AB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14:paraId="2C6BB949" w14:textId="0D8EBBC0" w:rsidR="005F3157" w:rsidRPr="009F6622" w:rsidRDefault="005F3157" w:rsidP="005F315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F6622">
        <w:rPr>
          <w:rFonts w:ascii="Times New Roman" w:hAnsi="Times New Roman" w:cs="Times New Roman"/>
          <w:b/>
          <w:sz w:val="24"/>
          <w:szCs w:val="24"/>
        </w:rPr>
        <w:t xml:space="preserve">        </w:t>
      </w:r>
    </w:p>
    <w:p w14:paraId="295F2036" w14:textId="77777777" w:rsidR="005F3157" w:rsidRPr="009F6622" w:rsidRDefault="005F3157" w:rsidP="005F3157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2C79313" w14:textId="77777777" w:rsidR="005F3157" w:rsidRPr="009F6622" w:rsidRDefault="005F3157" w:rsidP="005F315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BAFDD91" w14:textId="77777777" w:rsidR="005F3157" w:rsidRPr="009F6622" w:rsidRDefault="005F3157" w:rsidP="005F3157">
      <w:pPr>
        <w:spacing w:line="360" w:lineRule="auto"/>
        <w:ind w:left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BE35724" w14:textId="77777777" w:rsidR="005F3157" w:rsidRPr="009F6622" w:rsidRDefault="005F3157" w:rsidP="00395553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D9368F6" w14:textId="681D6A43" w:rsidR="005F3157" w:rsidRPr="009F6622" w:rsidRDefault="005F3157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ANSWERS</w:t>
      </w:r>
    </w:p>
    <w:p w14:paraId="29C36F49" w14:textId="1B92E622" w:rsidR="00D04057" w:rsidRPr="009F6622" w:rsidRDefault="005F3157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Part 1: Filtration – Sand and Water (2 marks)</w:t>
      </w:r>
    </w:p>
    <w:p w14:paraId="49911BDC" w14:textId="6CDA81AF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- 1 mark for correct observation .</w:t>
      </w:r>
      <w:r w:rsidR="00710506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The sand remains on the filter paper, and water passes through into the beaker/container.</w:t>
      </w:r>
    </w:p>
    <w:p w14:paraId="66101EFE" w14:textId="77777777" w:rsidR="0094662E" w:rsidRPr="009F6622" w:rsidRDefault="005F3157" w:rsidP="0094662E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- 1 mark for explaining</w:t>
      </w:r>
      <w:r w:rsidR="0094662E"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that</w:t>
      </w: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sand particles are too large to pass through the filter paper, while water molecules are small enough to pass through.</w:t>
      </w:r>
    </w:p>
    <w:p w14:paraId="5195404B" w14:textId="0E86D7C3" w:rsidR="00D04057" w:rsidRPr="009F6622" w:rsidRDefault="005F3157" w:rsidP="0094662E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Part 2: Evaporation – Salt and Water (2 marks)</w:t>
      </w:r>
    </w:p>
    <w:p w14:paraId="65D06A57" w14:textId="12A4EBE0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- 1 mark for noting salt </w:t>
      </w:r>
      <w:r w:rsidR="0094662E"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salt crystals)</w:t>
      </w:r>
      <w:r w:rsidR="0094662E"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remains after water evaporates.</w:t>
      </w:r>
    </w:p>
    <w:p w14:paraId="078C776E" w14:textId="77777777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- 1 mark for stating that salt does not evaporate and remains as residue.</w:t>
      </w:r>
    </w:p>
    <w:p w14:paraId="32CE790C" w14:textId="77777777" w:rsidR="00D04057" w:rsidRPr="009F6622" w:rsidRDefault="005F3157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Part 3: Magnetism – Iron Filings and Sulfur (2 marks)</w:t>
      </w:r>
    </w:p>
    <w:p w14:paraId="3606A324" w14:textId="77777777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- 1 mark for observing iron is attracted to the magnet.</w:t>
      </w:r>
    </w:p>
    <w:p w14:paraId="37AD777E" w14:textId="77777777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- 1 mark for explaining that magnetism only affects iron, not sulfur.</w:t>
      </w:r>
    </w:p>
    <w:p w14:paraId="14CDE754" w14:textId="77777777" w:rsidR="00D04057" w:rsidRPr="009F6622" w:rsidRDefault="005F3157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Part 4: Separating Oil and Water (2 marks)</w:t>
      </w:r>
    </w:p>
    <w:p w14:paraId="3A305117" w14:textId="77777777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- 1 mark for observing two distinct layers, with oil floating on water.</w:t>
      </w:r>
    </w:p>
    <w:p w14:paraId="6AA3B572" w14:textId="77777777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- 1 mark for explaining that differences in density allow separation.</w:t>
      </w:r>
    </w:p>
    <w:p w14:paraId="2574CB4E" w14:textId="77777777" w:rsidR="00D04057" w:rsidRPr="009F6622" w:rsidRDefault="005F3157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Part 5: Applications in Real Life (4 marks)</w:t>
      </w:r>
    </w:p>
    <w:p w14:paraId="0CA8309A" w14:textId="77777777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- 2 marks per example (1 mark for correct example, 1 mark for explanation).</w:t>
      </w:r>
    </w:p>
    <w:p w14:paraId="2B5D3F71" w14:textId="77777777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Examples may include:</w:t>
      </w:r>
    </w:p>
    <w:p w14:paraId="33578E12" w14:textId="77777777" w:rsidR="00D04057" w:rsidRPr="009F6622" w:rsidRDefault="005F315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t>• Recycling: separating metals from non-metals.</w:t>
      </w: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Wastewater treatment: removing solids and oil from water.</w:t>
      </w: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Mining: separating valuable minerals using magnets or density.</w:t>
      </w:r>
      <w:r w:rsidRPr="009F6622">
        <w:rPr>
          <w:rFonts w:ascii="Times New Roman" w:hAnsi="Times New Roman" w:cs="Times New Roman"/>
          <w:color w:val="000000" w:themeColor="text1"/>
          <w:sz w:val="24"/>
          <w:szCs w:val="24"/>
        </w:rPr>
        <w:br/>
        <w:t>• Oil spills: using skimmers or separating funnels.</w:t>
      </w:r>
    </w:p>
    <w:p w14:paraId="7367E53E" w14:textId="77777777" w:rsidR="00710506" w:rsidRPr="009F6622" w:rsidRDefault="00710506" w:rsidP="0071050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6: Decantation – Sand and Water (2 marks)</w:t>
      </w:r>
    </w:p>
    <w:p w14:paraId="73D272A8" w14:textId="085A3729" w:rsidR="00710506" w:rsidRPr="009F6622" w:rsidRDefault="00710506" w:rsidP="007105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6.1 Observation after decantation:</w:t>
      </w:r>
    </w:p>
    <w:p w14:paraId="6B85900A" w14:textId="6D66FC83" w:rsidR="00710506" w:rsidRPr="009F6622" w:rsidRDefault="00710506" w:rsidP="005F3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Water is clear in a separate container; sand remains at the bottom of the original container.</w:t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9F66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(1)</w:t>
      </w:r>
    </w:p>
    <w:p w14:paraId="7CBB9A07" w14:textId="77777777" w:rsidR="005F3157" w:rsidRPr="009F6622" w:rsidRDefault="00710506" w:rsidP="005F3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6.2 Why it’s effective:</w:t>
      </w:r>
    </w:p>
    <w:p w14:paraId="09BEC16E" w14:textId="60076F7D" w:rsidR="00710506" w:rsidRPr="009F6622" w:rsidRDefault="00710506" w:rsidP="005F31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Sand is denser than water, allowing it to settle, and the water can be easily poured off.</w:t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  <w:t xml:space="preserve">  </w:t>
      </w:r>
      <w:r w:rsidRPr="009F66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(1)</w:t>
      </w:r>
    </w:p>
    <w:p w14:paraId="4302C139" w14:textId="77777777" w:rsidR="00710506" w:rsidRPr="009F6622" w:rsidRDefault="00710506" w:rsidP="0071050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7: Chromatography – Ink (2 marks)</w:t>
      </w:r>
    </w:p>
    <w:p w14:paraId="5BBB8225" w14:textId="77777777" w:rsidR="00710506" w:rsidRPr="009F6622" w:rsidRDefault="00710506" w:rsidP="007105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7.1 Colors observed on filter paper:</w:t>
      </w:r>
    </w:p>
    <w:p w14:paraId="437CA87F" w14:textId="2A584CE9" w:rsidR="00710506" w:rsidRPr="009F6622" w:rsidRDefault="00710506" w:rsidP="00710506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Various colors depending on the components of the ink (e.g., blue, yellow).</w:t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5F3157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9F66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(1</w:t>
      </w:r>
      <w:r w:rsidR="0094662E" w:rsidRPr="009F66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)</w:t>
      </w:r>
    </w:p>
    <w:p w14:paraId="2058EEEC" w14:textId="77777777" w:rsidR="00710506" w:rsidRPr="009F6622" w:rsidRDefault="00710506" w:rsidP="0071050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7.2 Why it works:</w:t>
      </w:r>
    </w:p>
    <w:p w14:paraId="0ED2A4F6" w14:textId="14D857B3" w:rsidR="00710506" w:rsidRPr="009F6622" w:rsidRDefault="00710506" w:rsidP="00710506">
      <w:pPr>
        <w:numPr>
          <w:ilvl w:val="0"/>
          <w:numId w:val="2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Ink is a mixture of pigments that separate due to different </w:t>
      </w:r>
      <w:proofErr w:type="spellStart"/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solubilities</w:t>
      </w:r>
      <w:proofErr w:type="spellEnd"/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and interactions with the filter paper.</w:t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="0094662E"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9F66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(1)</w:t>
      </w:r>
    </w:p>
    <w:p w14:paraId="596FCADD" w14:textId="77777777" w:rsidR="00710506" w:rsidRPr="009F6622" w:rsidRDefault="00710506" w:rsidP="00710506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Effort and Presentation (4 marks)</w:t>
      </w:r>
    </w:p>
    <w:p w14:paraId="30C67028" w14:textId="77777777" w:rsidR="00710506" w:rsidRPr="009F6622" w:rsidRDefault="00710506" w:rsidP="0071050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Neatness: 1 mark.</w:t>
      </w:r>
    </w:p>
    <w:p w14:paraId="47C96946" w14:textId="77777777" w:rsidR="00710506" w:rsidRPr="009F6622" w:rsidRDefault="00710506" w:rsidP="0071050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Completeness: 1 mark.</w:t>
      </w:r>
    </w:p>
    <w:p w14:paraId="14D88BDB" w14:textId="77777777" w:rsidR="00710506" w:rsidRPr="009F6622" w:rsidRDefault="00710506" w:rsidP="00710506">
      <w:pPr>
        <w:numPr>
          <w:ilvl w:val="0"/>
          <w:numId w:val="2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Logical presentation of answers: 2 marks.</w:t>
      </w:r>
    </w:p>
    <w:p w14:paraId="3512B174" w14:textId="77777777" w:rsidR="005F3157" w:rsidRPr="009F6622" w:rsidRDefault="005F3157" w:rsidP="005F3157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78BCFD30" w14:textId="78EDD17B" w:rsidR="005F3157" w:rsidRPr="009F6622" w:rsidRDefault="005F3157" w:rsidP="005F3157">
      <w:pPr>
        <w:spacing w:before="100" w:beforeAutospacing="1" w:after="100" w:afterAutospacing="1" w:line="240" w:lineRule="auto"/>
        <w:ind w:left="648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F662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GRAND TOTAL=20</w:t>
      </w:r>
    </w:p>
    <w:sectPr w:rsidR="005F3157" w:rsidRPr="009F6622" w:rsidSect="0003461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3EEF8" w14:textId="77777777" w:rsidR="005F3075" w:rsidRDefault="005F3075" w:rsidP="005F3157">
      <w:pPr>
        <w:spacing w:after="0" w:line="240" w:lineRule="auto"/>
      </w:pPr>
      <w:r>
        <w:separator/>
      </w:r>
    </w:p>
  </w:endnote>
  <w:endnote w:type="continuationSeparator" w:id="0">
    <w:p w14:paraId="67EFB468" w14:textId="77777777" w:rsidR="005F3075" w:rsidRDefault="005F3075" w:rsidP="005F31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EECD1" w14:textId="77777777" w:rsidR="00BA4EC3" w:rsidRDefault="00BA4EC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7E94FB" w14:textId="77777777" w:rsidR="00BA4EC3" w:rsidRDefault="00BA4E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606B8" w14:textId="77777777" w:rsidR="00BA4EC3" w:rsidRDefault="00BA4E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1A7DB" w14:textId="77777777" w:rsidR="005F3075" w:rsidRDefault="005F3075" w:rsidP="005F3157">
      <w:pPr>
        <w:spacing w:after="0" w:line="240" w:lineRule="auto"/>
      </w:pPr>
      <w:r>
        <w:separator/>
      </w:r>
    </w:p>
  </w:footnote>
  <w:footnote w:type="continuationSeparator" w:id="0">
    <w:p w14:paraId="6900DF65" w14:textId="77777777" w:rsidR="005F3075" w:rsidRDefault="005F3075" w:rsidP="005F31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93C6E" w14:textId="5085F2FB" w:rsidR="005F3157" w:rsidRDefault="005F315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DC75BA1" wp14:editId="53A1BFDB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944495" cy="368935"/>
              <wp:effectExtent l="0" t="0" r="8255" b="12065"/>
              <wp:wrapNone/>
              <wp:docPr id="1610953713" name="Text Box 2" descr="Confidential Information - This is for official consump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444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5A421F" w14:textId="1EA75C08" w:rsidR="005F3157" w:rsidRPr="005F3157" w:rsidRDefault="005F3157" w:rsidP="005F315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5F3157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Confidential Information - This is for official consumption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DC75BA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Confidential Information - This is for official consumption" style="position:absolute;margin-left:0;margin-top:0;width:231.85pt;height:29.0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" filled="f" stroked="f">
              <v:textbox style="mso-fit-shape-to-text:t" inset="0,15pt,0,0">
                <w:txbxContent>
                  <w:p w14:paraId="215A421F" w14:textId="1EA75C08" w:rsidR="005F3157" w:rsidRPr="005F3157" w:rsidRDefault="005F3157" w:rsidP="005F315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5F3157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Confidential Information - This is for official consumption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9B4AC" w14:textId="05201840" w:rsidR="005F3157" w:rsidRDefault="005F31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E0621" w14:textId="69423C9B" w:rsidR="005F3157" w:rsidRDefault="005F3157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D1BFB20" wp14:editId="339B76A2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2944495" cy="368935"/>
              <wp:effectExtent l="0" t="0" r="8255" b="12065"/>
              <wp:wrapNone/>
              <wp:docPr id="1520069853" name="Text Box 1" descr="Confidential Information - This is for official consumptio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44495" cy="368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91557" w14:textId="25347490" w:rsidR="005F3157" w:rsidRPr="005F3157" w:rsidRDefault="005F3157" w:rsidP="005F3157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5F3157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Confidential Information - This is for official consumption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D1BFB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Confidential Information - This is for official consumption" style="position:absolute;margin-left:0;margin-top:0;width:231.85pt;height:29.0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" filled="f" stroked="f">
              <v:textbox style="mso-fit-shape-to-text:t" inset="0,15pt,0,0">
                <w:txbxContent>
                  <w:p w14:paraId="29791557" w14:textId="25347490" w:rsidR="005F3157" w:rsidRPr="005F3157" w:rsidRDefault="005F3157" w:rsidP="005F3157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5F3157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Confidential Information - This is for official consumption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4375BA6"/>
    <w:multiLevelType w:val="multilevel"/>
    <w:tmpl w:val="88221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B528EB"/>
    <w:multiLevelType w:val="multilevel"/>
    <w:tmpl w:val="0D9C7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25615E5"/>
    <w:multiLevelType w:val="multilevel"/>
    <w:tmpl w:val="60C60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A53E83"/>
    <w:multiLevelType w:val="multilevel"/>
    <w:tmpl w:val="AE4A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A95EAD"/>
    <w:multiLevelType w:val="multilevel"/>
    <w:tmpl w:val="D9A2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862CB7"/>
    <w:multiLevelType w:val="multilevel"/>
    <w:tmpl w:val="4FFA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6B476A"/>
    <w:multiLevelType w:val="multilevel"/>
    <w:tmpl w:val="BC082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D831548"/>
    <w:multiLevelType w:val="multilevel"/>
    <w:tmpl w:val="39748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33042D"/>
    <w:multiLevelType w:val="multilevel"/>
    <w:tmpl w:val="A3D00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8D7BE3"/>
    <w:multiLevelType w:val="multilevel"/>
    <w:tmpl w:val="2E40A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521E24"/>
    <w:multiLevelType w:val="multilevel"/>
    <w:tmpl w:val="EBA0E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C07BA6"/>
    <w:multiLevelType w:val="multilevel"/>
    <w:tmpl w:val="BA14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B052A83"/>
    <w:multiLevelType w:val="multilevel"/>
    <w:tmpl w:val="23164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1397636"/>
    <w:multiLevelType w:val="multilevel"/>
    <w:tmpl w:val="97AC3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59B17D8"/>
    <w:multiLevelType w:val="multilevel"/>
    <w:tmpl w:val="FC26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61972381">
    <w:abstractNumId w:val="8"/>
  </w:num>
  <w:num w:numId="2" w16cid:durableId="2009670873">
    <w:abstractNumId w:val="6"/>
  </w:num>
  <w:num w:numId="3" w16cid:durableId="1473332286">
    <w:abstractNumId w:val="5"/>
  </w:num>
  <w:num w:numId="4" w16cid:durableId="1116486134">
    <w:abstractNumId w:val="4"/>
  </w:num>
  <w:num w:numId="5" w16cid:durableId="2125608842">
    <w:abstractNumId w:val="7"/>
  </w:num>
  <w:num w:numId="6" w16cid:durableId="652877084">
    <w:abstractNumId w:val="3"/>
  </w:num>
  <w:num w:numId="7" w16cid:durableId="1713767719">
    <w:abstractNumId w:val="2"/>
  </w:num>
  <w:num w:numId="8" w16cid:durableId="751507715">
    <w:abstractNumId w:val="1"/>
  </w:num>
  <w:num w:numId="9" w16cid:durableId="481236365">
    <w:abstractNumId w:val="0"/>
  </w:num>
  <w:num w:numId="10" w16cid:durableId="99570592">
    <w:abstractNumId w:val="16"/>
  </w:num>
  <w:num w:numId="11" w16cid:durableId="646252725">
    <w:abstractNumId w:val="23"/>
  </w:num>
  <w:num w:numId="12" w16cid:durableId="174200316">
    <w:abstractNumId w:val="13"/>
  </w:num>
  <w:num w:numId="13" w16cid:durableId="1301374522">
    <w:abstractNumId w:val="12"/>
  </w:num>
  <w:num w:numId="14" w16cid:durableId="111678725">
    <w:abstractNumId w:val="9"/>
  </w:num>
  <w:num w:numId="15" w16cid:durableId="1462533493">
    <w:abstractNumId w:val="10"/>
  </w:num>
  <w:num w:numId="16" w16cid:durableId="763234699">
    <w:abstractNumId w:val="18"/>
  </w:num>
  <w:num w:numId="17" w16cid:durableId="178856568">
    <w:abstractNumId w:val="15"/>
  </w:num>
  <w:num w:numId="18" w16cid:durableId="1205556253">
    <w:abstractNumId w:val="11"/>
  </w:num>
  <w:num w:numId="19" w16cid:durableId="936905412">
    <w:abstractNumId w:val="14"/>
  </w:num>
  <w:num w:numId="20" w16cid:durableId="922959387">
    <w:abstractNumId w:val="17"/>
  </w:num>
  <w:num w:numId="21" w16cid:durableId="584071096">
    <w:abstractNumId w:val="21"/>
  </w:num>
  <w:num w:numId="22" w16cid:durableId="658118673">
    <w:abstractNumId w:val="19"/>
  </w:num>
  <w:num w:numId="23" w16cid:durableId="1526022223">
    <w:abstractNumId w:val="22"/>
  </w:num>
  <w:num w:numId="24" w16cid:durableId="95914377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/>
  <w:revisionView w:inkAnnotations="0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395553"/>
    <w:rsid w:val="00406F10"/>
    <w:rsid w:val="004940F2"/>
    <w:rsid w:val="00573BE3"/>
    <w:rsid w:val="005F3075"/>
    <w:rsid w:val="005F3157"/>
    <w:rsid w:val="00710506"/>
    <w:rsid w:val="008118E9"/>
    <w:rsid w:val="008359A7"/>
    <w:rsid w:val="0092777D"/>
    <w:rsid w:val="0094662E"/>
    <w:rsid w:val="00961FF3"/>
    <w:rsid w:val="009F6622"/>
    <w:rsid w:val="00A93447"/>
    <w:rsid w:val="00AA1D8D"/>
    <w:rsid w:val="00AE050F"/>
    <w:rsid w:val="00B47730"/>
    <w:rsid w:val="00BA4EC3"/>
    <w:rsid w:val="00C03FFE"/>
    <w:rsid w:val="00CB0664"/>
    <w:rsid w:val="00CB61E0"/>
    <w:rsid w:val="00D04057"/>
    <w:rsid w:val="00D153AB"/>
    <w:rsid w:val="00D1777E"/>
    <w:rsid w:val="00D704D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0E3D540A"/>
  <w14:defaultImageDpi w14:val="300"/>
  <w15:docId w15:val="{C5EA411C-C37A-42A5-B100-6F675EF3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 /><Relationship Id="rId13" Type="http://schemas.openxmlformats.org/officeDocument/2006/relationships/footer" Target="footer2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footer" Target="footer1.xml" /><Relationship Id="rId17" Type="http://schemas.openxmlformats.org/officeDocument/2006/relationships/theme" Target="theme/theme1.xml" /><Relationship Id="rId2" Type="http://schemas.openxmlformats.org/officeDocument/2006/relationships/numbering" Target="numbering.xml" /><Relationship Id="rId16" Type="http://schemas.openxmlformats.org/officeDocument/2006/relationships/fontTable" Target="fontTable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header" Target="header2.xml" /><Relationship Id="rId5" Type="http://schemas.openxmlformats.org/officeDocument/2006/relationships/webSettings" Target="webSettings.xml" /><Relationship Id="rId15" Type="http://schemas.openxmlformats.org/officeDocument/2006/relationships/footer" Target="footer3.xml" /><Relationship Id="rId10" Type="http://schemas.openxmlformats.org/officeDocument/2006/relationships/header" Target="header1.xml" /><Relationship Id="rId4" Type="http://schemas.openxmlformats.org/officeDocument/2006/relationships/settings" Target="settings.xml" /><Relationship Id="rId9" Type="http://schemas.openxmlformats.org/officeDocument/2006/relationships/oleObject" Target="embeddings/oleObject1.bin" /><Relationship Id="rId14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2039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Thandeka Mtshali</cp:lastModifiedBy>
  <cp:revision>2</cp:revision>
  <dcterms:created xsi:type="dcterms:W3CDTF">2025-05-04T15:15:00Z</dcterms:created>
  <dcterms:modified xsi:type="dcterms:W3CDTF">2025-05-04T15:15:00Z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5a9a6cdd,600533f1,78d12c04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Confidential Information - This is for official consumption</vt:lpwstr>
  </property>
  <property fmtid="{D5CDD505-2E9C-101B-9397-08002B2CF9AE}" pid="5" name="MSIP_Label_058b81e7-6453-48fa-b0c2-9fade70589de_Enabled">
    <vt:lpwstr>true</vt:lpwstr>
  </property>
  <property fmtid="{D5CDD505-2E9C-101B-9397-08002B2CF9AE}" pid="6" name="MSIP_Label_058b81e7-6453-48fa-b0c2-9fade70589de_SetDate">
    <vt:lpwstr>2025-04-13T05:32:34Z</vt:lpwstr>
  </property>
  <property fmtid="{D5CDD505-2E9C-101B-9397-08002B2CF9AE}" pid="7" name="MSIP_Label_058b81e7-6453-48fa-b0c2-9fade70589de_Method">
    <vt:lpwstr>Standard</vt:lpwstr>
  </property>
  <property fmtid="{D5CDD505-2E9C-101B-9397-08002B2CF9AE}" pid="8" name="MSIP_Label_058b81e7-6453-48fa-b0c2-9fade70589de_Name">
    <vt:lpwstr>Confidential Information - This is for official consumption</vt:lpwstr>
  </property>
  <property fmtid="{D5CDD505-2E9C-101B-9397-08002B2CF9AE}" pid="9" name="MSIP_Label_058b81e7-6453-48fa-b0c2-9fade70589de_SiteId">
    <vt:lpwstr>ce7beb88-ace0-4326-b3e9-235d92a126fd</vt:lpwstr>
  </property>
  <property fmtid="{D5CDD505-2E9C-101B-9397-08002B2CF9AE}" pid="10" name="MSIP_Label_058b81e7-6453-48fa-b0c2-9fade70589de_ActionId">
    <vt:lpwstr>d24fd1f8-25e9-40e0-9a7f-75a8681fa46e</vt:lpwstr>
  </property>
  <property fmtid="{D5CDD505-2E9C-101B-9397-08002B2CF9AE}" pid="11" name="MSIP_Label_058b81e7-6453-48fa-b0c2-9fade70589de_ContentBits">
    <vt:lpwstr>1</vt:lpwstr>
  </property>
  <property fmtid="{D5CDD505-2E9C-101B-9397-08002B2CF9AE}" pid="12" name="MSIP_Label_058b81e7-6453-48fa-b0c2-9fade70589de_Tag">
    <vt:lpwstr>10, 3, 0, 1</vt:lpwstr>
  </property>
</Properties>
</file>